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04CDCEDE" w14:textId="77777777" w:rsidTr="007118B8">
        <w:trPr>
          <w:trHeight w:val="1585"/>
        </w:trPr>
        <w:tc>
          <w:tcPr>
            <w:tcW w:w="2115" w:type="dxa"/>
          </w:tcPr>
          <w:p w14:paraId="5CD6DCDF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39E4423C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6685D0AB" w14:textId="4F2E7637" w:rsidR="002454D4" w:rsidRPr="00802F99" w:rsidRDefault="004C761A" w:rsidP="002454D4">
      <w:pPr>
        <w:pBdr>
          <w:bottom w:val="single" w:sz="10" w:space="0" w:color="C59C57"/>
        </w:pBdr>
        <w:spacing w:after="300"/>
        <w:jc w:val="center"/>
        <w:rPr>
          <w:b/>
          <w:bCs/>
        </w:rPr>
      </w:pPr>
      <w:r>
        <w:rPr>
          <w:b/>
          <w:bCs/>
        </w:rPr>
        <w:t xml:space="preserve">TEZLİ YÜKSEK LİSANS </w:t>
      </w:r>
      <w:r w:rsidR="00B8710D">
        <w:rPr>
          <w:b/>
          <w:bCs/>
        </w:rPr>
        <w:t>TEZ BAŞLIĞI DEĞİŞTİRME FORMU</w:t>
      </w:r>
    </w:p>
    <w:p w14:paraId="36A32EE7" w14:textId="77777777" w:rsidR="00191731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ÖĞRENCİ BİLGİLERİ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582"/>
      </w:tblGrid>
      <w:tr w:rsidR="00191731" w14:paraId="5EDD115E" w14:textId="77777777">
        <w:trPr>
          <w:trHeight w:val="460"/>
        </w:trPr>
        <w:tc>
          <w:tcPr>
            <w:tcW w:w="3000" w:type="dxa"/>
            <w:vAlign w:val="center"/>
          </w:tcPr>
          <w:p w14:paraId="2D4B1448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Adı Soyadı</w:t>
            </w:r>
          </w:p>
        </w:tc>
        <w:tc>
          <w:tcPr>
            <w:tcW w:w="6582" w:type="dxa"/>
            <w:vAlign w:val="center"/>
          </w:tcPr>
          <w:p w14:paraId="3455E91F" w14:textId="77777777" w:rsidR="00191731" w:rsidRDefault="00191731">
            <w:pPr>
              <w:spacing w:before="60" w:after="60"/>
            </w:pPr>
          </w:p>
        </w:tc>
      </w:tr>
      <w:tr w:rsidR="00191731" w14:paraId="359AED6B" w14:textId="77777777">
        <w:trPr>
          <w:trHeight w:val="460"/>
        </w:trPr>
        <w:tc>
          <w:tcPr>
            <w:tcW w:w="3000" w:type="dxa"/>
            <w:vAlign w:val="center"/>
          </w:tcPr>
          <w:p w14:paraId="61F02B72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Numarası</w:t>
            </w:r>
          </w:p>
        </w:tc>
        <w:tc>
          <w:tcPr>
            <w:tcW w:w="6582" w:type="dxa"/>
            <w:vAlign w:val="center"/>
          </w:tcPr>
          <w:p w14:paraId="55BFAE9F" w14:textId="77777777" w:rsidR="00191731" w:rsidRDefault="00191731">
            <w:pPr>
              <w:spacing w:before="60" w:after="60"/>
            </w:pPr>
          </w:p>
        </w:tc>
      </w:tr>
      <w:tr w:rsidR="00191731" w14:paraId="63FF082B" w14:textId="77777777">
        <w:trPr>
          <w:trHeight w:val="460"/>
        </w:trPr>
        <w:tc>
          <w:tcPr>
            <w:tcW w:w="3000" w:type="dxa"/>
            <w:vAlign w:val="center"/>
          </w:tcPr>
          <w:p w14:paraId="1392EBAE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Ana Bilim Dalı</w:t>
            </w:r>
          </w:p>
        </w:tc>
        <w:tc>
          <w:tcPr>
            <w:tcW w:w="6582" w:type="dxa"/>
            <w:vAlign w:val="center"/>
          </w:tcPr>
          <w:p w14:paraId="06682278" w14:textId="77777777" w:rsidR="00191731" w:rsidRDefault="00191731">
            <w:pPr>
              <w:spacing w:before="60" w:after="60"/>
            </w:pPr>
          </w:p>
        </w:tc>
      </w:tr>
      <w:tr w:rsidR="00191731" w14:paraId="3380B685" w14:textId="77777777">
        <w:trPr>
          <w:trHeight w:val="460"/>
        </w:trPr>
        <w:tc>
          <w:tcPr>
            <w:tcW w:w="3000" w:type="dxa"/>
            <w:vAlign w:val="center"/>
          </w:tcPr>
          <w:p w14:paraId="49E94AC3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Programı</w:t>
            </w:r>
          </w:p>
        </w:tc>
        <w:tc>
          <w:tcPr>
            <w:tcW w:w="6582" w:type="dxa"/>
            <w:vAlign w:val="center"/>
          </w:tcPr>
          <w:p w14:paraId="15E5FF52" w14:textId="4DCBC165" w:rsidR="00191731" w:rsidRDefault="004C761A">
            <w:pPr>
              <w:spacing w:before="60" w:after="60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rPr>
                <w:color w:val="000000"/>
              </w:rPr>
              <w:t xml:space="preserve"> Yüksek Lisans          </w:t>
            </w:r>
          </w:p>
        </w:tc>
      </w:tr>
      <w:tr w:rsidR="00191731" w14:paraId="707A8926" w14:textId="77777777">
        <w:trPr>
          <w:trHeight w:val="460"/>
        </w:trPr>
        <w:tc>
          <w:tcPr>
            <w:tcW w:w="3000" w:type="dxa"/>
            <w:vAlign w:val="center"/>
          </w:tcPr>
          <w:p w14:paraId="6BE6DBF6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Program Dili</w:t>
            </w:r>
          </w:p>
        </w:tc>
        <w:tc>
          <w:tcPr>
            <w:tcW w:w="6582" w:type="dxa"/>
            <w:vAlign w:val="center"/>
          </w:tcPr>
          <w:p w14:paraId="12916FCB" w14:textId="048AFBB9" w:rsidR="00191731" w:rsidRDefault="004C761A">
            <w:pPr>
              <w:spacing w:before="60" w:after="60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rPr>
                <w:color w:val="000000"/>
              </w:rPr>
              <w:t xml:space="preserve">Türkçe   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rPr>
                <w:color w:val="000000"/>
              </w:rPr>
              <w:t xml:space="preserve"> İngilizce</w:t>
            </w:r>
          </w:p>
        </w:tc>
      </w:tr>
      <w:tr w:rsidR="00191731" w14:paraId="7400DCC2" w14:textId="77777777">
        <w:trPr>
          <w:trHeight w:val="460"/>
        </w:trPr>
        <w:tc>
          <w:tcPr>
            <w:tcW w:w="3000" w:type="dxa"/>
            <w:vAlign w:val="center"/>
          </w:tcPr>
          <w:p w14:paraId="27EC5ECF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Programa Başladığı Dönem</w:t>
            </w:r>
          </w:p>
        </w:tc>
        <w:tc>
          <w:tcPr>
            <w:tcW w:w="6582" w:type="dxa"/>
            <w:vAlign w:val="center"/>
          </w:tcPr>
          <w:p w14:paraId="31FDE32C" w14:textId="56D0B92A" w:rsidR="00191731" w:rsidRDefault="00000000">
            <w:pPr>
              <w:spacing w:before="60" w:after="60"/>
            </w:pPr>
            <w:r>
              <w:rPr>
                <w:color w:val="000000"/>
              </w:rPr>
              <w:t xml:space="preserve">20.... - 20....          </w:t>
            </w:r>
            <w:r w:rsidR="004C761A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761A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4C761A">
              <w:rPr>
                <w:color w:val="000000" w:themeColor="text1"/>
                <w:sz w:val="20"/>
                <w:szCs w:val="20"/>
              </w:rPr>
            </w:r>
            <w:r w:rsidR="004C761A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4C761A">
              <w:rPr>
                <w:color w:val="000000" w:themeColor="text1"/>
                <w:sz w:val="20"/>
                <w:szCs w:val="20"/>
              </w:rPr>
              <w:fldChar w:fldCharType="end"/>
            </w:r>
            <w:r w:rsidR="004C761A"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rPr>
                <w:color w:val="000000"/>
              </w:rPr>
              <w:t xml:space="preserve"> Güz          </w:t>
            </w:r>
            <w:r w:rsidR="004C761A"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C761A"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 w:rsidR="004C761A">
              <w:rPr>
                <w:color w:val="000000" w:themeColor="text1"/>
                <w:sz w:val="20"/>
                <w:szCs w:val="20"/>
              </w:rPr>
            </w:r>
            <w:r w:rsidR="004C761A"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4C761A">
              <w:rPr>
                <w:color w:val="000000" w:themeColor="text1"/>
                <w:sz w:val="20"/>
                <w:szCs w:val="20"/>
              </w:rPr>
              <w:fldChar w:fldCharType="end"/>
            </w:r>
            <w:r w:rsidR="004C761A"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rPr>
                <w:color w:val="000000"/>
              </w:rPr>
              <w:t xml:space="preserve"> Bahar</w:t>
            </w:r>
          </w:p>
        </w:tc>
      </w:tr>
    </w:tbl>
    <w:p w14:paraId="6021ED25" w14:textId="77777777" w:rsidR="00191731" w:rsidRDefault="00000000">
      <w:pPr>
        <w:keepNext/>
        <w:pBdr>
          <w:bottom w:val="single" w:sz="8" w:space="0" w:color="D5BC8A"/>
        </w:pBdr>
        <w:spacing w:before="280" w:after="120"/>
      </w:pPr>
      <w:r>
        <w:rPr>
          <w:b/>
        </w:rPr>
        <w:t>TEZ BAŞLIĞI BİLGİLERİ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6582"/>
      </w:tblGrid>
      <w:tr w:rsidR="00191731" w14:paraId="41BE3F71" w14:textId="77777777">
        <w:trPr>
          <w:trHeight w:val="1000"/>
        </w:trPr>
        <w:tc>
          <w:tcPr>
            <w:tcW w:w="3000" w:type="dxa"/>
            <w:vAlign w:val="center"/>
          </w:tcPr>
          <w:p w14:paraId="10938939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Önceki Tez Başlığı</w:t>
            </w:r>
          </w:p>
        </w:tc>
        <w:tc>
          <w:tcPr>
            <w:tcW w:w="6582" w:type="dxa"/>
            <w:vAlign w:val="center"/>
          </w:tcPr>
          <w:p w14:paraId="07040EF3" w14:textId="77777777" w:rsidR="00191731" w:rsidRDefault="00191731">
            <w:pPr>
              <w:spacing w:before="60" w:after="60"/>
            </w:pPr>
          </w:p>
        </w:tc>
      </w:tr>
      <w:tr w:rsidR="00191731" w14:paraId="6DE6E600" w14:textId="77777777">
        <w:trPr>
          <w:trHeight w:val="1000"/>
        </w:trPr>
        <w:tc>
          <w:tcPr>
            <w:tcW w:w="3000" w:type="dxa"/>
            <w:vAlign w:val="center"/>
          </w:tcPr>
          <w:p w14:paraId="3A94B09C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Önerilen Tez Başlığı</w:t>
            </w:r>
          </w:p>
        </w:tc>
        <w:tc>
          <w:tcPr>
            <w:tcW w:w="6582" w:type="dxa"/>
            <w:vAlign w:val="center"/>
          </w:tcPr>
          <w:p w14:paraId="75483359" w14:textId="77777777" w:rsidR="00191731" w:rsidRDefault="00191731">
            <w:pPr>
              <w:spacing w:before="60" w:after="60"/>
            </w:pPr>
          </w:p>
        </w:tc>
      </w:tr>
      <w:tr w:rsidR="00191731" w14:paraId="515FDE0F" w14:textId="77777777">
        <w:trPr>
          <w:trHeight w:val="1000"/>
        </w:trPr>
        <w:tc>
          <w:tcPr>
            <w:tcW w:w="3000" w:type="dxa"/>
            <w:vAlign w:val="center"/>
          </w:tcPr>
          <w:p w14:paraId="4E1273D4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Tez Başlığı Değiştirme Gerekçesi</w:t>
            </w:r>
          </w:p>
        </w:tc>
        <w:tc>
          <w:tcPr>
            <w:tcW w:w="6582" w:type="dxa"/>
            <w:vAlign w:val="center"/>
          </w:tcPr>
          <w:p w14:paraId="34F26029" w14:textId="77777777" w:rsidR="00191731" w:rsidRDefault="00191731">
            <w:pPr>
              <w:spacing w:before="60" w:after="60"/>
            </w:pPr>
          </w:p>
        </w:tc>
      </w:tr>
      <w:tr w:rsidR="00191731" w14:paraId="1A54A373" w14:textId="77777777">
        <w:trPr>
          <w:trHeight w:val="460"/>
        </w:trPr>
        <w:tc>
          <w:tcPr>
            <w:tcW w:w="3000" w:type="dxa"/>
            <w:vAlign w:val="center"/>
          </w:tcPr>
          <w:p w14:paraId="65D6C521" w14:textId="77777777" w:rsidR="00191731" w:rsidRDefault="00000000">
            <w:pPr>
              <w:spacing w:before="60" w:after="60"/>
            </w:pPr>
            <w:r>
              <w:rPr>
                <w:b/>
                <w:color w:val="000000"/>
              </w:rPr>
              <w:t>Etik Kurul Kararı Gerekiyor mu?</w:t>
            </w:r>
          </w:p>
        </w:tc>
        <w:tc>
          <w:tcPr>
            <w:tcW w:w="6582" w:type="dxa"/>
            <w:vAlign w:val="center"/>
          </w:tcPr>
          <w:p w14:paraId="7B558177" w14:textId="77777777" w:rsidR="00191731" w:rsidRDefault="00000000">
            <w:pPr>
              <w:spacing w:before="60" w:after="60"/>
            </w:pPr>
            <w:r>
              <w:rPr>
                <w:color w:val="000000"/>
              </w:rPr>
              <w:t>☐ Evet          ☐ Hayır</w:t>
            </w:r>
          </w:p>
        </w:tc>
      </w:tr>
    </w:tbl>
    <w:p w14:paraId="3C0F37F0" w14:textId="77777777" w:rsidR="00191731" w:rsidRDefault="00000000">
      <w:pPr>
        <w:spacing w:before="240"/>
        <w:jc w:val="center"/>
      </w:pPr>
      <w:r>
        <w:t xml:space="preserve">.... / .... / </w:t>
      </w:r>
      <w:proofErr w:type="gramStart"/>
      <w:r>
        <w:t>202..</w:t>
      </w:r>
      <w:proofErr w:type="gramEnd"/>
    </w:p>
    <w:tbl>
      <w:tblPr>
        <w:tblW w:w="958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191731" w14:paraId="56EDC92D" w14:textId="77777777">
        <w:tc>
          <w:tcPr>
            <w:tcW w:w="4791" w:type="dxa"/>
          </w:tcPr>
          <w:p w14:paraId="2EE1BEC4" w14:textId="77777777" w:rsidR="00191731" w:rsidRDefault="00000000">
            <w:pPr>
              <w:spacing w:before="900"/>
              <w:jc w:val="center"/>
            </w:pPr>
            <w:r>
              <w:rPr>
                <w:b/>
              </w:rPr>
              <w:t>Öğrenci</w:t>
            </w:r>
          </w:p>
          <w:p w14:paraId="2560311C" w14:textId="77777777" w:rsidR="00191731" w:rsidRDefault="00000000">
            <w:pPr>
              <w:jc w:val="center"/>
            </w:pPr>
            <w:r>
              <w:t>(Adı, Soyadı, İmza)</w:t>
            </w:r>
          </w:p>
        </w:tc>
        <w:tc>
          <w:tcPr>
            <w:tcW w:w="4791" w:type="dxa"/>
          </w:tcPr>
          <w:p w14:paraId="7648B2B8" w14:textId="77777777" w:rsidR="00191731" w:rsidRDefault="00000000">
            <w:pPr>
              <w:spacing w:before="900"/>
              <w:jc w:val="center"/>
            </w:pPr>
            <w:r>
              <w:rPr>
                <w:b/>
              </w:rPr>
              <w:t>Danışman</w:t>
            </w:r>
          </w:p>
          <w:p w14:paraId="5DFD3BD9" w14:textId="77777777" w:rsidR="00191731" w:rsidRDefault="00000000">
            <w:pPr>
              <w:jc w:val="center"/>
            </w:pPr>
            <w:r>
              <w:t>(Unvanı, Adı, Soyadı, İmza)</w:t>
            </w:r>
          </w:p>
        </w:tc>
      </w:tr>
    </w:tbl>
    <w:p w14:paraId="7B4B98EA" w14:textId="77777777" w:rsidR="00191731" w:rsidRDefault="00000000">
      <w:pPr>
        <w:keepNext/>
        <w:pBdr>
          <w:bottom w:val="single" w:sz="8" w:space="0" w:color="D5BC8A"/>
        </w:pBdr>
        <w:spacing w:before="360" w:after="120"/>
      </w:pPr>
      <w:r>
        <w:rPr>
          <w:b/>
        </w:rPr>
        <w:t>AÇIKLAMALAR</w:t>
      </w:r>
    </w:p>
    <w:p w14:paraId="2061D3DF" w14:textId="407324C4" w:rsidR="00191731" w:rsidRDefault="00000000" w:rsidP="00EA2B59">
      <w:pPr>
        <w:spacing w:after="80"/>
        <w:ind w:left="360" w:hanging="360"/>
        <w:jc w:val="both"/>
      </w:pPr>
      <w:r>
        <w:t>1.</w:t>
      </w:r>
      <w:r>
        <w:tab/>
        <w:t>Bu form yalnızca tez başlığında değişiklik olması durumunda kullanılır. Öğrencinin tez konusunun tamamen değişmesi durumunda Tez Öneri Formunun doldurulması gerekir.</w:t>
      </w:r>
    </w:p>
    <w:p w14:paraId="6409D1D9" w14:textId="46367842" w:rsidR="00191731" w:rsidRDefault="00EA2B59">
      <w:pPr>
        <w:spacing w:after="80"/>
        <w:ind w:left="360" w:hanging="360"/>
        <w:jc w:val="both"/>
      </w:pPr>
      <w:r>
        <w:t>2</w:t>
      </w:r>
      <w:r w:rsidR="00000000">
        <w:t>.</w:t>
      </w:r>
      <w:r w:rsidR="00000000">
        <w:tab/>
        <w:t>Bu form, Yükseköğretim Kurulu Başkanlığı Ulusal Tez Merkezinden alınan “Tez Veri Giriş Formu” ile birlikte Lisansüstü Eğitim Enstitüsü Müdürlüğüne gönderilmelidir.</w:t>
      </w:r>
    </w:p>
    <w:sectPr w:rsidR="00191731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191731"/>
    <w:rsid w:val="002454D4"/>
    <w:rsid w:val="0029639D"/>
    <w:rsid w:val="00326F90"/>
    <w:rsid w:val="003A1CEE"/>
    <w:rsid w:val="004C761A"/>
    <w:rsid w:val="005A7C45"/>
    <w:rsid w:val="00606584"/>
    <w:rsid w:val="00AA1D8D"/>
    <w:rsid w:val="00AD6073"/>
    <w:rsid w:val="00B47730"/>
    <w:rsid w:val="00B8710D"/>
    <w:rsid w:val="00C9151C"/>
    <w:rsid w:val="00CB0664"/>
    <w:rsid w:val="00D10FD3"/>
    <w:rsid w:val="00EA2B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D424D4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2026-10-08T07:49:00Z</dcterms:created>
  <dcterms:modified xsi:type="dcterms:W3CDTF">2026-10-08T07:49:00Z</dcterms:modified>
  <cp:category/>
</cp:coreProperties>
</file>